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tcBorders>
              <w:top w:val="single" w:sz="12" w:space="4" w:color="4F46E5"/>
              <w:left w:val="single" w:sz="12" w:space="4" w:color="4F46E5"/>
              <w:bottom w:val="single" w:sz="12" w:space="4" w:color="4F46E5"/>
              <w:right w:val="single" w:sz="12" w:space="4" w:color="4F46E5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10200"/>
            </w:tblGrid>
            <w:tr>
              <w:tc>
                <w:tcPr>
                  <w:tcW w:type="dxa" w:w="10200"/>
                  <w:shd w:val="clear" w:color="auto" w:fill="4F46E5"/>
                </w:tcPr>
                <w:p>
                  <w:pPr>
                    <w:spacing w:before="80" w:after="80"/>
                  </w:pPr>
                  <w:r>
                    <w:rPr>
                      <w:b/>
                      <w:i w:val="0"/>
                      <w:color w:val="FFFFFF"/>
                      <w:sz w:val="36"/>
                    </w:rPr>
                    <w:t xml:space="preserve">  FACTURE</w:t>
                  </w:r>
                </w:p>
              </w:tc>
            </w:tr>
          </w:tbl>
          <w:p/>
          <w:p>
            <w:pPr>
              <w:spacing w:after="8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5100"/>
              <w:gridCol w:w="5100"/>
            </w:tblGrid>
            <w:tr>
              <w:tc>
                <w:tcPr>
                  <w:tcW w:type="dxa" w:w="5386"/>
                </w:tcPr>
                <w:p>
                  <w:r>
                    <w:rPr>
                      <w:b/>
                      <w:i w:val="0"/>
                      <w:color w:val="1E2935"/>
                      <w:sz w:val="26"/>
                    </w:rPr>
                    <w:t>Novaconseil</w:t>
                  </w:r>
                </w:p>
                <w:p>
                  <w:pPr>
                    <w:spacing w:after="100" w:before="0"/>
                    <w:jc w:val="left"/>
                  </w:pPr>
                  <w:r>
                    <w:rPr>
                      <w:b w:val="0"/>
                      <w:i/>
                      <w:color w:val="6B7280"/>
                      <w:sz w:val="20"/>
                    </w:rPr>
                    <w:t>Conseil &amp; formation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30 avenue de la République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75011 Paris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SARL · SIRET 799 452 310 00024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RCS Paris · TVA FR 42 799452310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contact@novaconseil.fr</w:t>
                  </w:r>
                </w:p>
              </w:tc>
              <w:tc>
                <w:tcPr>
                  <w:tcW w:type="dxa" w:w="3855"/>
                </w:tcPr>
                <w:p/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Borders>
                      <w:top w:val="none"/>
                      <w:left w:val="none"/>
                      <w:bottom w:val="none"/>
                      <w:right w:val="none"/>
                      <w:insideH w:val="none"/>
                      <w:insideV w:val="none"/>
                    </w:tblBorders>
                  </w:tblPr>
                  <w:tblGrid>
                    <w:gridCol w:w="1927"/>
                    <w:gridCol w:w="1927"/>
                  </w:tblGrid>
                  <w:tr>
                    <w:tc>
                      <w:tcPr>
                        <w:tcW w:type="dxa" w:w="1928"/>
                      </w:tcPr>
                      <w:p>
                        <w:pPr>
                          <w:jc w:val="right"/>
                        </w:pPr>
                        <w:r>
                          <w:rPr>
                            <w:b w:val="0"/>
                            <w:i w:val="0"/>
                            <w:color w:val="6B7280"/>
                            <w:sz w:val="17"/>
                          </w:rPr>
                          <w:t>N° de facture</w:t>
                        </w:r>
                      </w:p>
                    </w:tc>
                    <w:tc>
                      <w:tcPr>
                        <w:tcW w:type="dxa" w:w="2268"/>
                      </w:tcPr>
                      <w:p>
                        <w:pPr>
                          <w:jc w:val="right"/>
                        </w:pPr>
                        <w:r>
                          <w:rPr>
                            <w:b/>
                            <w:i w:val="0"/>
                            <w:color w:val="4F46E5"/>
                            <w:sz w:val="19"/>
                          </w:rPr>
                          <w:t>F-2026-203</w:t>
                        </w:r>
                      </w:p>
                    </w:tc>
                  </w:tr>
                  <w:tr>
                    <w:tc>
                      <w:tcPr>
                        <w:tcW w:type="dxa" w:w="1928"/>
                      </w:tcPr>
                      <w:p>
                        <w:pPr>
                          <w:jc w:val="right"/>
                        </w:pPr>
                        <w:r>
                          <w:rPr>
                            <w:b w:val="0"/>
                            <w:i w:val="0"/>
                            <w:color w:val="6B7280"/>
                            <w:sz w:val="17"/>
                          </w:rPr>
                          <w:t>Date</w:t>
                        </w:r>
                      </w:p>
                    </w:tc>
                    <w:tc>
                      <w:tcPr>
                        <w:tcW w:type="dxa" w:w="2268"/>
                      </w:tcPr>
                      <w:p>
                        <w:pPr>
                          <w:jc w:val="right"/>
                        </w:pPr>
                        <w:r>
                          <w:rPr>
                            <w:b/>
                            <w:i w:val="0"/>
                            <w:color w:val="4F46E5"/>
                            <w:sz w:val="19"/>
                          </w:rPr>
                          <w:t>07/07/2026</w:t>
                        </w:r>
                      </w:p>
                    </w:tc>
                  </w:tr>
                  <w:tr>
                    <w:tc>
                      <w:tcPr>
                        <w:tcW w:type="dxa" w:w="1928"/>
                      </w:tcPr>
                      <w:p>
                        <w:pPr>
                          <w:jc w:val="right"/>
                        </w:pPr>
                        <w:r>
                          <w:rPr>
                            <w:b w:val="0"/>
                            <w:i w:val="0"/>
                            <w:color w:val="6B7280"/>
                            <w:sz w:val="17"/>
                          </w:rPr>
                          <w:t>Mois</w:t>
                        </w:r>
                      </w:p>
                    </w:tc>
                    <w:tc>
                      <w:tcPr>
                        <w:tcW w:type="dxa" w:w="2268"/>
                      </w:tcPr>
                      <w:p>
                        <w:pPr>
                          <w:jc w:val="right"/>
                        </w:pPr>
                        <w:r>
                          <w:rPr>
                            <w:b/>
                            <w:i w:val="0"/>
                            <w:color w:val="4F46E5"/>
                            <w:sz w:val="19"/>
                          </w:rPr>
                          <w:t>juin 2026</w:t>
                        </w:r>
                      </w:p>
                    </w:tc>
                  </w:tr>
                </w:tbl>
                <w:p/>
              </w:tc>
            </w:tr>
          </w:tbl>
          <w:p/>
          <w:p>
            <w:pPr>
              <w:spacing w:after="40"/>
            </w:pPr>
          </w:p>
          <w:p>
            <w:pPr>
              <w:spacing w:after="40" w:before="0"/>
              <w:jc w:val="left"/>
            </w:pPr>
            <w:r>
              <w:rPr>
                <w:b/>
                <w:i w:val="0"/>
                <w:color w:val="6B7280"/>
                <w:sz w:val="17"/>
              </w:rPr>
              <w:t>FACTURER À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4F46E5"/>
                <w:sz w:val="24"/>
              </w:rPr>
              <w:t>Groupe Estève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12 rue du Commerce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92300 Levallois-Perret</w:t>
            </w:r>
          </w:p>
          <w:p>
            <w:pPr>
              <w:spacing w:after="40" w:before="0"/>
              <w:jc w:val="left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2040"/>
              <w:gridCol w:w="2040"/>
              <w:gridCol w:w="2040"/>
              <w:gridCol w:w="2040"/>
              <w:gridCol w:w="2040"/>
            </w:tblGrid>
            <w:tr>
              <w:tc>
                <w:tcPr>
                  <w:tcW w:type="dxa" w:w="4737"/>
                  <w:shd w:val="clear" w:color="auto" w:fill="4F46E5"/>
                </w:tcPr>
                <w:p>
                  <w:pPr>
                    <w:spacing w:before="60" w:after="60"/>
                    <w:jc w:val="left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Désignation</w:t>
                  </w:r>
                </w:p>
              </w:tc>
              <w:tc>
                <w:tcPr>
                  <w:tcW w:type="dxa" w:w="806"/>
                  <w:shd w:val="clear" w:color="auto" w:fill="4F46E5"/>
                </w:tcPr>
                <w:p>
                  <w:pPr>
                    <w:spacing w:before="60" w:after="60"/>
                    <w:jc w:val="center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Qté</w:t>
                  </w:r>
                </w:p>
              </w:tc>
              <w:tc>
                <w:tcPr>
                  <w:tcW w:type="dxa" w:w="1310"/>
                  <w:shd w:val="clear" w:color="auto" w:fill="4F46E5"/>
                </w:tcPr>
                <w:p>
                  <w:pPr>
                    <w:spacing w:before="60" w:after="60"/>
                    <w:jc w:val="right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P.U. HT</w:t>
                  </w:r>
                </w:p>
              </w:tc>
              <w:tc>
                <w:tcPr>
                  <w:tcW w:type="dxa" w:w="907"/>
                  <w:shd w:val="clear" w:color="auto" w:fill="4F46E5"/>
                </w:tcPr>
                <w:p>
                  <w:pPr>
                    <w:spacing w:before="60" w:after="60"/>
                    <w:jc w:val="center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TVA</w:t>
                  </w:r>
                </w:p>
              </w:tc>
              <w:tc>
                <w:tcPr>
                  <w:tcW w:type="dxa" w:w="1310"/>
                  <w:shd w:val="clear" w:color="auto" w:fill="4F46E5"/>
                </w:tcPr>
                <w:p>
                  <w:pPr>
                    <w:spacing w:before="60" w:after="60"/>
                    <w:jc w:val="right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Total HT</w:t>
                  </w:r>
                </w:p>
              </w:tc>
            </w:tr>
            <w:tr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lef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Prestation de maintenance — abonnement mensuel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center"/>
                  </w:pPr>
                  <w:r>
                    <w:rPr>
                      <w:b w:val="0"/>
                      <w:i w:val="0"/>
                      <w:sz w:val="19"/>
                    </w:rPr>
                    <w:t>1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350,00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center"/>
                  </w:pPr>
                  <w:r>
                    <w:rPr>
                      <w:b w:val="0"/>
                      <w:i w:val="0"/>
                      <w:sz w:val="19"/>
                    </w:rPr>
                    <w:t>20 %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350,00</w:t>
                  </w:r>
                </w:p>
              </w:tc>
            </w:tr>
          </w:tbl>
          <w:p/>
          <w:p>
            <w:pPr>
              <w:spacing w:after="40" w:before="0"/>
              <w:jc w:val="left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jc w:val="right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5100"/>
              <w:gridCol w:w="5100"/>
            </w:tblGrid>
            <w:tr>
              <w:tc>
                <w:tcPr>
                  <w:tcW w:type="dxa" w:w="2721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9"/>
                    </w:rPr>
                    <w:t>Total HT</w:t>
                  </w:r>
                </w:p>
              </w:tc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350,00 €</w:t>
                  </w:r>
                </w:p>
              </w:tc>
            </w:tr>
            <w:tr>
              <w:tc>
                <w:tcPr>
                  <w:tcW w:type="dxa" w:w="2721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9"/>
                    </w:rPr>
                    <w:t>TVA (20 %)</w:t>
                  </w:r>
                </w:p>
              </w:tc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70,00 €</w:t>
                  </w:r>
                </w:p>
              </w:tc>
            </w:tr>
            <w:tr>
              <w:tc>
                <w:tcPr>
                  <w:tcW w:type="dxa" w:w="2721"/>
                  <w:tcBorders>
                    <w:top w:val="single" w:sz="8" w:space="0" w:color="4F46E5"/>
                  </w:tcBorders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22"/>
                    </w:rPr>
                    <w:t>Total TTC</w:t>
                  </w:r>
                </w:p>
              </w:tc>
              <w:tc>
                <w:tcPr>
                  <w:tcW w:type="dxa" w:w="1928"/>
                  <w:tcBorders>
                    <w:top w:val="single" w:sz="8" w:space="0" w:color="4F46E5"/>
                  </w:tcBorders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26"/>
                    </w:rPr>
                    <w:t>420,00 €</w:t>
                  </w:r>
                </w:p>
              </w:tc>
            </w:tr>
          </w:tbl>
          <w:p/>
        </w:tc>
      </w:tr>
    </w:tbl>
    <w:p>
      <w:pPr>
        <w:spacing w:after="1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shd w:val="clear" w:color="auto" w:fill="EEF2F7"/>
          </w:tcPr>
          <w:p>
            <w:pPr>
              <w:spacing w:before="120"/>
            </w:pPr>
            <w:r>
              <w:rPr>
                <w:b/>
                <w:i w:val="0"/>
                <w:color w:val="4F46E5"/>
                <w:sz w:val="20"/>
              </w:rPr>
              <w:t>Modalités de règlement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Prélèvement mensuel. Reconduction tacite, résiliable avec un préavis de 30 jours.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sz w:val="19"/>
              </w:rPr>
              <w:t>IBAN : FR76 3000 4000 0500 0600 0700 189   ·   BIC : BNPAFRPPXXX</w:t>
            </w:r>
          </w:p>
          <w:p>
            <w:pPr>
              <w:spacing w:after="80"/>
            </w:pPr>
          </w:p>
        </w:tc>
      </w:tr>
    </w:tbl>
    <w:p>
      <w:pPr>
        <w:spacing w:after="40" w:before="0"/>
        <w:jc w:val="left"/>
      </w:pPr>
      <w:r>
        <w:rPr>
          <w:b w:val="0"/>
          <w:i/>
          <w:color w:val="6B7280"/>
          <w:sz w:val="18"/>
        </w:rPr>
        <w:t>Pénalités de retard : 3 fois le taux d’intérêt légal. Indemnité forfaitaire de recouvrement : 40 €.</w:t>
      </w:r>
    </w:p>
    <w:p>
      <w:pPr>
        <w:spacing w:after="40"/>
      </w:pP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Facture mensuelle émise dans le cadre d’un contrat à reconduction tacite.</w:t>
      </w:r>
    </w:p>
    <w:p>
      <w:pPr>
        <w:spacing w:after="80" w:before="40"/>
        <w:jc w:val="center"/>
      </w:pPr>
      <w:r>
        <w:rPr>
          <w:b w:val="0"/>
          <w:i/>
          <w:color w:val="6B7280"/>
          <w:sz w:val="15"/>
        </w:rPr>
        <w:t>Modèle — remplacez les informations d’exemple par les vôtres.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